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🏁 Araudia / Reglamento - 1. Txupitxu Enduro Martxa</w:t>
      </w:r>
    </w:p>
    <w:p>
      <w:r>
        <w:t>🏁 Araudia Ofiziala - 1. Txupitxu Enduro Martxa</w:t>
      </w:r>
    </w:p>
    <w:p>
      <w:r>
        <w:t>📅 Ekitaldiaren data: [Data jarri]</w:t>
      </w:r>
    </w:p>
    <w:p>
      <w:r>
        <w:t>🕘 Ordutegia: 09:00etatik 13:00etara</w:t>
      </w:r>
    </w:p>
    <w:p>
      <w:r>
        <w:t>📍 Modalitatea: MTB Enduro</w:t>
      </w:r>
    </w:p>
    <w:p>
      <w:r>
        <w:t>🚴 Izaera: Martxa ez-lehiakorra</w:t>
      </w:r>
    </w:p>
    <w:p/>
    <w:p>
      <w:r>
        <w:t>1. Parte-hartzea eta asegurua</w:t>
      </w:r>
    </w:p>
    <w:p>
      <w:r>
        <w:t>Martxan parte hartzeko beharrezkoa da izena emanda egotea.</w:t>
      </w:r>
    </w:p>
    <w:p>
      <w:r>
        <w:t>Ekitaldiaren aseguruak 09:00etatik 13:00etara bitartean gertatutako istripuak bakarrik estaliko ditu.</w:t>
      </w:r>
    </w:p>
    <w:p>
      <w:r>
        <w:t>Ordutegi horretatik kanpo, antolakuntza ez da gertatutako ezbeharren erantzule izango.</w:t>
      </w:r>
    </w:p>
    <w:p/>
    <w:p>
      <w:r>
        <w:t>2. Segurtasun arauak</w:t>
      </w:r>
    </w:p>
    <w:p>
      <w:r>
        <w:t>Kasko homologatua erabiltzea DERRIGORREZKOA izango da ibilbide osoan zehar.</w:t>
      </w:r>
    </w:p>
    <w:p>
      <w:r>
        <w:t>Belaunbabeak: GOMENDAGARRIAK.</w:t>
      </w:r>
    </w:p>
    <w:p>
      <w:r>
        <w:t>Parte-hartzaile bakoitza arduratuko da bere bizikletaren egoera teknikoa egokia dela ziurtatzeaz.</w:t>
      </w:r>
    </w:p>
    <w:p>
      <w:r>
        <w:t>Ibilbidean jarriko diren seinaleak eta antolatzaileen jarraibideak zorrotz bete behar dira.</w:t>
      </w:r>
    </w:p>
    <w:p>
      <w:r>
        <w:t>Ez betetzeak zigorrak edo martxatik kanporatzea ekar dezake.</w:t>
      </w:r>
    </w:p>
    <w:p/>
    <w:p>
      <w:r>
        <w:t>3. Ibilbidea</w:t>
      </w:r>
    </w:p>
    <w:p>
      <w:r>
        <w:t>Ibilbidea behar bezala seinaleztatua egongo da kartel, zinta eta markekin.</w:t>
      </w:r>
    </w:p>
    <w:p>
      <w:r>
        <w:t>GPS track bat deskargatzeko eskuragarri egongo da.</w:t>
      </w:r>
    </w:p>
    <w:p>
      <w:r>
        <w:t>Oso GOMENDAGARRIA da gailu batean edo aplikazio batean eramatea.</w:t>
      </w:r>
    </w:p>
    <w:p/>
    <w:p>
      <w:r>
        <w:t>4. Jarrera eta errespetua</w:t>
      </w:r>
    </w:p>
    <w:p>
      <w:r>
        <w:t>Martxa ingurune naturalean egingo da.</w:t>
      </w:r>
    </w:p>
    <w:p>
      <w:r>
        <w:t>Ingurumena zaindu, ez utzi zaborrik eta errespetatu mendian dabiltzan beste erabiltzaileak.</w:t>
      </w:r>
    </w:p>
    <w:p>
      <w:r>
        <w:t>Debekatuta dago jarrera oldarkorra, arriskutsua edo iraingarria izatea beste parte-hartzaileekin edo antolatzaileekin.</w:t>
      </w:r>
    </w:p>
    <w:p/>
    <w:p>
      <w:r>
        <w:t>5. Beste alderdi batzuk</w:t>
      </w:r>
    </w:p>
    <w:p>
      <w:r>
        <w:t>Antolakuntzak eskubidea izango du ibilbidea edo ordutegiak aldatzeko, edo ekitaldia bertan behera uzteko indar handiagoko arrazoiak badira (eguraldi txarra, segurtasun arazoak, eta abar).</w:t>
      </w:r>
    </w:p>
    <w:p>
      <w:r>
        <w:t>Martxan parte hartzeak araudi hau osorik onartzea dakar.</w:t>
      </w:r>
    </w:p>
    <w:p/>
    <w:p>
      <w:r>
        <w:t>📌 Mendian ikusiko dugu elkar!</w:t>
      </w:r>
    </w:p>
    <w:p>
      <w:r>
        <w:t>Gozatu 1. Txupitxu Enduro Martxaz ardura eta giro onarekin 🤘</w:t>
      </w:r>
    </w:p>
    <w:p/>
    <w:p>
      <w:r>
        <w:t>🏁 Reglamento Oficial - 1. Txupitxu Enduro Martxa</w:t>
      </w:r>
    </w:p>
    <w:p>
      <w:r>
        <w:t>📅 Fecha del evento: [Incluir fecha]</w:t>
      </w:r>
    </w:p>
    <w:p>
      <w:r>
        <w:t>🕘 Horario oficial: de 09:00 a 13:00 h</w:t>
      </w:r>
    </w:p>
    <w:p>
      <w:r>
        <w:t>📍 Modalidad: MTB Enduro</w:t>
      </w:r>
    </w:p>
    <w:p>
      <w:r>
        <w:t>🚴 Tipo de evento: Marcha no competitiva</w:t>
      </w:r>
    </w:p>
    <w:p/>
    <w:p>
      <w:r>
        <w:t>1. Participación y seguro</w:t>
      </w:r>
    </w:p>
    <w:p>
      <w:r>
        <w:t>La participación en la marcha está sujeta a estar debidamente inscrito.</w:t>
      </w:r>
    </w:p>
    <w:p>
      <w:r>
        <w:t>El seguro de la prueba sólo cubrirá incidentes ocurridos entre las 09:00 y las 13:00 horas.</w:t>
      </w:r>
    </w:p>
    <w:p>
      <w:r>
        <w:t>Fuera de este horario, la organización no se hace responsable de ningún accidente o incidente.</w:t>
      </w:r>
    </w:p>
    <w:p/>
    <w:p>
      <w:r>
        <w:t>2. Normas de seguridad</w:t>
      </w:r>
    </w:p>
    <w:p>
      <w:r>
        <w:t>Uso de casco homologado: OBLIGATORIO durante todo el recorrido.</w:t>
      </w:r>
    </w:p>
    <w:p>
      <w:r>
        <w:t>Rodilleras: altamente RECOMENDADAS.</w:t>
      </w:r>
    </w:p>
    <w:p>
      <w:r>
        <w:t>Cada participante es responsable de revisar el estado técnico de su bicicleta antes del evento.</w:t>
      </w:r>
    </w:p>
    <w:p>
      <w:r>
        <w:t>Sigue siempre las indicaciones de la organización y señalización del recorrido.</w:t>
      </w:r>
    </w:p>
    <w:p>
      <w:r>
        <w:t>No respetarlas puede conllevar sanciones o la retirada del evento.</w:t>
      </w:r>
    </w:p>
    <w:p/>
    <w:p>
      <w:r>
        <w:t>3. Recorrido</w:t>
      </w:r>
    </w:p>
    <w:p>
      <w:r>
        <w:t>El trazado estará debidamente señalizado con carteles, cintas y marcas en el terreno.</w:t>
      </w:r>
    </w:p>
    <w:p>
      <w:r>
        <w:t>También habrá un track GPS disponible para descargar.</w:t>
      </w:r>
    </w:p>
    <w:p>
      <w:r>
        <w:t>Se recomienda encarecidamente llevarlo en un dispositivo o app adecuada.</w:t>
      </w:r>
    </w:p>
    <w:p/>
    <w:p>
      <w:r>
        <w:t>4. Comportamiento y respeto</w:t>
      </w:r>
    </w:p>
    <w:p>
      <w:r>
        <w:t>Esta marcha transcurre por entornos naturales.</w:t>
      </w:r>
    </w:p>
    <w:p>
      <w:r>
        <w:t>Respeta el medio ambiente, no dejes basura y respeta a otros usuarios del monte.</w:t>
      </w:r>
    </w:p>
    <w:p>
      <w:r>
        <w:t>No se permite comportamiento agresivo, peligroso o irrespetuoso hacia otros participantes o miembros de la organización.</w:t>
      </w:r>
    </w:p>
    <w:p/>
    <w:p>
      <w:r>
        <w:t>5. Otros aspectos</w:t>
      </w:r>
    </w:p>
    <w:p>
      <w:r>
        <w:t>La organización se reserva el derecho a modificar el recorrido, horarios o suspender el evento por causas de fuerza mayor (meteorología extrema, incidentes de seguridad, etc.).</w:t>
      </w:r>
    </w:p>
    <w:p>
      <w:r>
        <w:t>Participar implica la aceptación total de este reglamento.</w:t>
      </w:r>
    </w:p>
    <w:p/>
    <w:p>
      <w:r>
        <w:t>📌 ¡Nos vemos en la montaña!</w:t>
      </w:r>
    </w:p>
    <w:p>
      <w:r>
        <w:t>Disfruta de la 1. Txupitxu Enduro Martxa con responsabilidad y buen rollo 🤘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